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הבלדה - דיאלוג, חזרה, פערים וסוף טרגי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אלה בבלדות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בלדה עממית לבלדה אמנותית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שמושר עם עלילה דרמטית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דיאלוג קצר וחד בין 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הבלדה - סיפור דרמטי מושר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בבלדות לרוב יש סוף טרגי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הבלדה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(הרעלה ופער לגבי זהות האהובה)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(וידוי הדרגתי על רצח והפתעה לגבי אשמת האם)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(נאמנות למלך וסוף טרגי 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הבלדה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דרמטית לעלילה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דיאלוג קצר וחד בין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או פזמון חוזר לאורך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סוף טרגי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דיאלוג, חזרה, פערים או סוף טרגי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- מי האהובה בלורד רנדל, או מי האשם באדוארד אדוארד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בלדה עממית נוצרה בעם ועברה בעל פה, בלדה אמנותית נכתבה על ידי משורר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קטע קצר מתורגם מאחת הבלדות כדי להמחיש את הדיאלוג והחזרות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ו-fill בלבד ולדלג על 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בלדה היא סיפור שמושר, ובו עלילה דרמטית, דיאלוג קצר, חזרות ופזמון, פערים שהקורא משלים וסוף טרגי. נכיר בלדות עממיות מגבול סקוטלנד-אנגליה ובלדה עברית של טשרניחובסקי.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בן  ·  מושר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שמושר עם עלילה דרמטית וסוף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אהבה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מאמר מדעי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מאפיין מרכזי של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טבע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דיאלוג קצר וחד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חידון מתמטי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בלדה היא סיפור שמושר בשיר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בבלדות יש תמיד סוף שמח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הבלדה היא סיפור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בבלדה 'לורד רנדל' מתקיים דיאלוג בין אם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הבלדה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וידוי הדרגתי על רצח והפתעה לגבי אשמת האם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אדוארד, אדוארד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נאמנות למלך וסוף טרגי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סר פטריק ספנס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הרעלה ופער לגבי זהות האהובה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מבנה הבלדה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סוף טרגי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או פזמון חוזר לאורך השיר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דיאלוג קצר וחד בין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דרמטית לעלילה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מאפיינים מרכזיים של בלדה?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לפער שהקורא צריך להשלים באחת הבלדות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