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מאפייני הבלדה - דיאלוג, חזרה, פערים וסוף טרגי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אלה בבלדות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בלדה עממית לבלדה אמנותית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סיפור שמושר עם עלילה דרמטית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דיאלוג קצר וחד בין 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הבן מגלה שהורעל ואמו שואלת שאלות חוזרות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נאמנות למלך מול סכנה 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מוגדרת הבלדה - סיפור דרמטי מושר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בבלדות לרוב יש 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בלדה אמנותית עברית מתוך 'בלדות וורמייזא'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בלדה עממית סקוטית, לא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נתן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הבלדה למאפיין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(הרעלה ופער לגבי זהות האהובה)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(וידוי הדרגתי על רצח והפתעה לגבי אשמת האם)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(נאמנות למלך וסוף טרגי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(נאמנות הכלבים והבזים לגיבור המת)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(דיאלוג בת-אם ורמז לשואה)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מבנה הבלדה הטיפוסי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דרמטית לעלילה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דיאלוג קצר וחד בין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חזרה או פזמון חוזר לאורך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חשיפה הדרגתית של סוד או 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סוף טרגי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שהחזרה יוצרת מתח, מדגישה רגשות או מסר מרכזי, ועוזרת לזכור את השיר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דיאלוג, חזרה, פערים או סוף טרגי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- מי האהובה בלורד רנדל, או מי האשם באדוארד אדוארד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בלדה עממית נוצרה בעם ועברה בעל פה, בלדה אמנותית נכתבה על ידי משורר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בהשמעת קטע קצר מתורגם מאחת הבלדות כדי להמחיש את הדיאלוג והחזרות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לפני המעבר למשימת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mc ו-fill בלבד ולדלג על 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הבלדה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בלדה היא סיפור שמושר בשיר. יש בו שיחה בין דמויות, מילים חוזרות, וסוף עצוב. נלמד בלדות מסקוטלנד ובלדה 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דרמטי שמושר, עם סוף עצוב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שתי דמויות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או שורות שחוזרות על עצמן בשיר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פזמון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שורה או בית שחוזרים לאורך השיר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חסר שהקורא צריך להשלים בעצמו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סוף טרגי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עצוב, לעיתים עם מוות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 עממית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שנוצרה בעם ועברה מדור לדור בעל 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בלדה אמנותית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שכתב משורר מסוים, בהשראת הבלדה העממית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זאת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שמושר עם עלילה דרמטית וסוף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אהבה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מדעי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ללא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בולט בבלדה?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טבע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 קצר וחד בין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חידון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מצרכים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בלורד רנדל?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הבן חוזר מחתונה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הבן מגלה שהורעל ואמו שואלת שאלות חוזרות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הבן יוצא למסע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הבן הופך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אשם ברצח באדוארד, אדוארד?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סר פטריק ספנס?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נאמנות למלך מול סכנה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מסיבת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בלדה היא סיפור שמושר בשיר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בבלדות יש תמיד סוף שמח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הבלדה 'בת הרב ואמה' כתב שאול טשרניחובסקי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'סר פטריק ספנס' היא בלדה עברית מקורית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הבלדה היא סיפור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בבלדה 'לורד רנדל' מתקיים דיאלוג בין אם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הבלדות העממיות הסקוטיות תרגם לעברית המשורר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בבלדה 'שלושה בני עורב' נשארים נאמנים לגיבור כלבים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הבלדה למאפיין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דיאלוג בת-אם ורמז לשואה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אדוארד, אדוארד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נאמנות למלך וסוף טרגי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 פטריק ספנס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נאמנות הכלבים והבזים לגיבור המת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הרעלה ופער לגבי זהות האהובה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הרב ואמה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וידוי הדרגתי על רצח והפתעה לגבי אשמת האם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מבנה הבלדה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חשיפה הדרגתית של סוד או אשמה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דרמטית לעלילה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טרגי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או פזמון חוזר לאורך השיר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דיאלוג קצר וחד בין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למה לדעתכם בלדות עממיות משתמשות בחזרות ובפזמון? מה התפקיד שלהם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מאפיינים מרכזיים של בלדה?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לפער שהקורא צריך להשלים באחת הבלדות שלמדנו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בלדה עממית לבלדה אמנותית?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הבלדה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